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Weekly lesson plan template</w:t>
      </w:r>
    </w:p>
    <w:p>
      <w:r>
        <w:t>Teacher:            Class:            Week of:            Unit: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2"/>
        <w:gridCol w:w="2352"/>
        <w:gridCol w:w="2352"/>
        <w:gridCol w:w="2352"/>
        <w:gridCol w:w="2352"/>
        <w:gridCol w:w="2352"/>
      </w:tblGrid>
      <w:tr>
        <w:tc>
          <w:tcPr>
            <w:tcW w:type="dxa" w:w="2352"/>
          </w:tcPr>
          <w:p>
            <w:r>
              <w:rPr>
                <w:b/>
              </w:rPr>
            </w:r>
          </w:p>
        </w:tc>
        <w:tc>
          <w:tcPr>
            <w:tcW w:type="dxa" w:w="2352"/>
          </w:tcPr>
          <w:p>
            <w:r>
              <w:rPr>
                <w:b/>
              </w:rPr>
              <w:t>Monday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Tuesday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Wednesday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Thursday</w:t>
            </w:r>
          </w:p>
        </w:tc>
        <w:tc>
          <w:tcPr>
            <w:tcW w:type="dxa" w:w="2352"/>
          </w:tcPr>
          <w:p>
            <w:r>
              <w:rPr>
                <w:b/>
              </w:rPr>
              <w:t>Friday</w:t>
            </w:r>
          </w:p>
        </w:tc>
      </w:tr>
      <w:tr>
        <w:tc>
          <w:tcPr>
            <w:tcW w:type="dxa" w:w="2352"/>
          </w:tcPr>
          <w:p>
            <w:r>
              <w:t>Objective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Warm-up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Main activity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Practice / materials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Check for understanding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  <w:tr>
        <w:tc>
          <w:tcPr>
            <w:tcW w:type="dxa" w:w="2352"/>
          </w:tcPr>
          <w:p>
            <w:r>
              <w:t>Homework / notes</w:t>
            </w:r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  <w:tc>
          <w:tcPr>
            <w:tcW w:type="dxa" w:w="2352"/>
          </w:tcPr>
          <w:p>
            <w:r/>
          </w:p>
        </w:tc>
      </w:tr>
    </w:tbl>
    <w:sectPr w:rsidR="00FC693F" w:rsidRPr="0006063C" w:rsidSect="00034616"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