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Analytic rubric template</w:t>
      </w:r>
    </w:p>
    <w:p>
      <w:r>
        <w:t>Task:                      Student:                      Date: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22"/>
        <w:gridCol w:w="2822"/>
        <w:gridCol w:w="2822"/>
        <w:gridCol w:w="2822"/>
        <w:gridCol w:w="2822"/>
      </w:tblGrid>
      <w:tr>
        <w:tc>
          <w:tcPr>
            <w:tcW w:type="dxa" w:w="2822"/>
          </w:tcPr>
          <w:p>
            <w:r>
              <w:rPr>
                <w:b/>
              </w:rPr>
              <w:t>Criterion</w:t>
            </w:r>
          </w:p>
        </w:tc>
        <w:tc>
          <w:tcPr>
            <w:tcW w:type="dxa" w:w="2822"/>
          </w:tcPr>
          <w:p>
            <w:r>
              <w:rPr>
                <w:b/>
              </w:rPr>
              <w:t>Beginning (1)</w:t>
            </w:r>
          </w:p>
        </w:tc>
        <w:tc>
          <w:tcPr>
            <w:tcW w:type="dxa" w:w="2822"/>
          </w:tcPr>
          <w:p>
            <w:r>
              <w:rPr>
                <w:b/>
              </w:rPr>
              <w:t>Developing (2)</w:t>
            </w:r>
          </w:p>
        </w:tc>
        <w:tc>
          <w:tcPr>
            <w:tcW w:type="dxa" w:w="2822"/>
          </w:tcPr>
          <w:p>
            <w:r>
              <w:rPr>
                <w:b/>
              </w:rPr>
              <w:t>Proficient (3)</w:t>
            </w:r>
          </w:p>
        </w:tc>
        <w:tc>
          <w:tcPr>
            <w:tcW w:type="dxa" w:w="2822"/>
          </w:tcPr>
          <w:p>
            <w:r>
              <w:rPr>
                <w:b/>
              </w:rPr>
              <w:t>Advanced (4)</w:t>
            </w:r>
          </w:p>
        </w:tc>
      </w:tr>
      <w:tr>
        <w:tc>
          <w:tcPr>
            <w:tcW w:type="dxa" w:w="2822"/>
          </w:tcPr>
          <w:p>
            <w:r>
              <w:t>Criterion 1</w:t>
            </w:r>
          </w:p>
        </w:tc>
        <w:tc>
          <w:tcPr>
            <w:tcW w:type="dxa" w:w="2822"/>
          </w:tcPr>
          <w:p>
            <w:r/>
          </w:p>
        </w:tc>
        <w:tc>
          <w:tcPr>
            <w:tcW w:type="dxa" w:w="2822"/>
          </w:tcPr>
          <w:p>
            <w:r/>
          </w:p>
        </w:tc>
        <w:tc>
          <w:tcPr>
            <w:tcW w:type="dxa" w:w="2822"/>
          </w:tcPr>
          <w:p>
            <w:r/>
          </w:p>
        </w:tc>
        <w:tc>
          <w:tcPr>
            <w:tcW w:type="dxa" w:w="2822"/>
          </w:tcPr>
          <w:p>
            <w:r/>
          </w:p>
        </w:tc>
      </w:tr>
      <w:tr>
        <w:tc>
          <w:tcPr>
            <w:tcW w:type="dxa" w:w="2822"/>
          </w:tcPr>
          <w:p>
            <w:r>
              <w:t>Criterion 2</w:t>
            </w:r>
          </w:p>
        </w:tc>
        <w:tc>
          <w:tcPr>
            <w:tcW w:type="dxa" w:w="2822"/>
          </w:tcPr>
          <w:p>
            <w:r/>
          </w:p>
        </w:tc>
        <w:tc>
          <w:tcPr>
            <w:tcW w:type="dxa" w:w="2822"/>
          </w:tcPr>
          <w:p>
            <w:r/>
          </w:p>
        </w:tc>
        <w:tc>
          <w:tcPr>
            <w:tcW w:type="dxa" w:w="2822"/>
          </w:tcPr>
          <w:p>
            <w:r/>
          </w:p>
        </w:tc>
        <w:tc>
          <w:tcPr>
            <w:tcW w:type="dxa" w:w="2822"/>
          </w:tcPr>
          <w:p>
            <w:r/>
          </w:p>
        </w:tc>
      </w:tr>
      <w:tr>
        <w:tc>
          <w:tcPr>
            <w:tcW w:type="dxa" w:w="2822"/>
          </w:tcPr>
          <w:p>
            <w:r>
              <w:t>Criterion 3</w:t>
            </w:r>
          </w:p>
        </w:tc>
        <w:tc>
          <w:tcPr>
            <w:tcW w:type="dxa" w:w="2822"/>
          </w:tcPr>
          <w:p>
            <w:r/>
          </w:p>
        </w:tc>
        <w:tc>
          <w:tcPr>
            <w:tcW w:type="dxa" w:w="2822"/>
          </w:tcPr>
          <w:p>
            <w:r/>
          </w:p>
        </w:tc>
        <w:tc>
          <w:tcPr>
            <w:tcW w:type="dxa" w:w="2822"/>
          </w:tcPr>
          <w:p>
            <w:r/>
          </w:p>
        </w:tc>
        <w:tc>
          <w:tcPr>
            <w:tcW w:type="dxa" w:w="2822"/>
          </w:tcPr>
          <w:p>
            <w:r/>
          </w:p>
        </w:tc>
      </w:tr>
      <w:tr>
        <w:tc>
          <w:tcPr>
            <w:tcW w:type="dxa" w:w="2822"/>
          </w:tcPr>
          <w:p>
            <w:r>
              <w:t>Criterion 4</w:t>
            </w:r>
          </w:p>
        </w:tc>
        <w:tc>
          <w:tcPr>
            <w:tcW w:type="dxa" w:w="2822"/>
          </w:tcPr>
          <w:p>
            <w:r/>
          </w:p>
        </w:tc>
        <w:tc>
          <w:tcPr>
            <w:tcW w:type="dxa" w:w="2822"/>
          </w:tcPr>
          <w:p>
            <w:r/>
          </w:p>
        </w:tc>
        <w:tc>
          <w:tcPr>
            <w:tcW w:type="dxa" w:w="2822"/>
          </w:tcPr>
          <w:p>
            <w:r/>
          </w:p>
        </w:tc>
        <w:tc>
          <w:tcPr>
            <w:tcW w:type="dxa" w:w="2822"/>
          </w:tcPr>
          <w:p>
            <w:r/>
          </w:p>
        </w:tc>
      </w:tr>
    </w:tbl>
    <w:p>
      <w:r>
        <w:t>Total: ____ / 16     Feedback:</w:t>
      </w:r>
    </w:p>
    <w:sectPr w:rsidR="00FC693F" w:rsidRPr="0006063C" w:rsidSect="00034616">
      <w:pgSz w:w="15840" w:h="12240" w:orient="landscape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