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Exit ticket templates (editable)</w:t>
      </w:r>
    </w:p>
    <w:p>
      <w:r>
        <w:rPr>
          <w:i/>
          <w:color w:val="6B7280"/>
          <w:sz w:val="18"/>
        </w:rPr>
        <w:t>Edit the prompt in one ticket, copy it to the other three, print and cut. Five formats, one per page.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/>
            <w:r>
              <w:rPr>
                <w:b/>
              </w:rPr>
              <w:t>Exit ticket · One-question evidence check</w:t>
            </w:r>
          </w:p>
          <w:p>
            <w:r>
              <w:t>Name: ________________  Date: ________</w:t>
            </w:r>
          </w:p>
          <w:p>
            <w:r>
              <w:t>Today's objective: ______________________</w:t>
            </w:r>
          </w:p>
          <w:p>
            <w:r>
              <w:t>Show that you can: ______________________</w:t>
            </w:r>
          </w:p>
          <w:p/>
          <w:p>
            <w:r>
              <w:t>Your answer:</w:t>
            </w:r>
          </w:p>
          <w:p/>
          <w:p/>
          <w:p>
            <w:r>
              <w:t>Evidence or work that supports it:</w:t>
            </w:r>
          </w:p>
          <w:p/>
          <w:p/>
        </w:tc>
        <w:tc>
          <w:tcPr>
            <w:tcW w:type="dxa" w:w="5256"/>
          </w:tcPr>
          <w:p>
            <w:r/>
            <w:r>
              <w:rPr>
                <w:b/>
              </w:rPr>
              <w:t>Exit ticket · One-question evidence check</w:t>
            </w:r>
          </w:p>
          <w:p>
            <w:r>
              <w:t>Name: ________________  Date: ________</w:t>
            </w:r>
          </w:p>
          <w:p>
            <w:r>
              <w:t>Today's objective: ______________________</w:t>
            </w:r>
          </w:p>
          <w:p>
            <w:r>
              <w:t>Show that you can: ______________________</w:t>
            </w:r>
          </w:p>
          <w:p/>
          <w:p>
            <w:r>
              <w:t>Your answer:</w:t>
            </w:r>
          </w:p>
          <w:p/>
          <w:p/>
          <w:p>
            <w:r>
              <w:t>Evidence or work that supports it:</w:t>
            </w:r>
          </w:p>
          <w:p/>
          <w:p/>
        </w:tc>
      </w:tr>
      <w:tr>
        <w:tc>
          <w:tcPr>
            <w:tcW w:type="dxa" w:w="5256"/>
          </w:tcPr>
          <w:p>
            <w:r/>
            <w:r>
              <w:rPr>
                <w:b/>
              </w:rPr>
              <w:t>Exit ticket · One-question evidence check</w:t>
            </w:r>
          </w:p>
          <w:p>
            <w:r>
              <w:t>Name: ________________  Date: ________</w:t>
            </w:r>
          </w:p>
          <w:p>
            <w:r>
              <w:t>Today's objective: ______________________</w:t>
            </w:r>
          </w:p>
          <w:p>
            <w:r>
              <w:t>Show that you can: ______________________</w:t>
            </w:r>
          </w:p>
          <w:p/>
          <w:p>
            <w:r>
              <w:t>Your answer:</w:t>
            </w:r>
          </w:p>
          <w:p/>
          <w:p/>
          <w:p>
            <w:r>
              <w:t>Evidence or work that supports it:</w:t>
            </w:r>
          </w:p>
          <w:p/>
          <w:p/>
        </w:tc>
        <w:tc>
          <w:tcPr>
            <w:tcW w:type="dxa" w:w="5256"/>
          </w:tcPr>
          <w:p>
            <w:r/>
            <w:r>
              <w:rPr>
                <w:b/>
              </w:rPr>
              <w:t>Exit ticket · One-question evidence check</w:t>
            </w:r>
          </w:p>
          <w:p>
            <w:r>
              <w:t>Name: ________________  Date: ________</w:t>
            </w:r>
          </w:p>
          <w:p>
            <w:r>
              <w:t>Today's objective: ______________________</w:t>
            </w:r>
          </w:p>
          <w:p>
            <w:r>
              <w:t>Show that you can: ______________________</w:t>
            </w:r>
          </w:p>
          <w:p/>
          <w:p>
            <w:r>
              <w:t>Your answer:</w:t>
            </w:r>
          </w:p>
          <w:p/>
          <w:p/>
          <w:p>
            <w:r>
              <w:t>Evidence or work that supports it:</w:t>
            </w:r>
          </w:p>
          <w:p/>
          <w:p/>
        </w:tc>
      </w:tr>
    </w:tbl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/>
            <w:r>
              <w:rPr>
                <w:b/>
              </w:rPr>
              <w:t>Exit ticket · 3-2-1 exit ticket</w:t>
            </w:r>
          </w:p>
          <w:p>
            <w:r>
              <w:t>Name: ________________  Date: ________</w:t>
            </w:r>
          </w:p>
          <w:p>
            <w:r>
              <w:t>3 ideas worth remembering:</w:t>
            </w:r>
          </w:p>
          <w:p>
            <w:r>
              <w:t>1. ________________________________</w:t>
            </w:r>
          </w:p>
          <w:p>
            <w:r>
              <w:t>2. ________________________________</w:t>
            </w:r>
          </w:p>
          <w:p>
            <w:r>
              <w:t>3. ________________________________</w:t>
            </w:r>
          </w:p>
          <w:p>
            <w:r>
              <w:t>2 connections to what I already knew:</w:t>
            </w:r>
          </w:p>
          <w:p>
            <w:r>
              <w:t>1. ________________________________</w:t>
            </w:r>
          </w:p>
          <w:p>
            <w:r>
              <w:t>2. ________________________________</w:t>
            </w:r>
          </w:p>
          <w:p>
            <w:r>
              <w:t>1 question I can now ask:</w:t>
            </w:r>
          </w:p>
          <w:p>
            <w:r>
              <w:t>___________________________________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Exit ticket · 3-2-1 exit ticket</w:t>
            </w:r>
          </w:p>
          <w:p>
            <w:r>
              <w:t>Name: ________________  Date: ________</w:t>
            </w:r>
          </w:p>
          <w:p>
            <w:r>
              <w:t>3 ideas worth remembering:</w:t>
            </w:r>
          </w:p>
          <w:p>
            <w:r>
              <w:t>1. ________________________________</w:t>
            </w:r>
          </w:p>
          <w:p>
            <w:r>
              <w:t>2. ________________________________</w:t>
            </w:r>
          </w:p>
          <w:p>
            <w:r>
              <w:t>3. ________________________________</w:t>
            </w:r>
          </w:p>
          <w:p>
            <w:r>
              <w:t>2 connections to what I already knew:</w:t>
            </w:r>
          </w:p>
          <w:p>
            <w:r>
              <w:t>1. ________________________________</w:t>
            </w:r>
          </w:p>
          <w:p>
            <w:r>
              <w:t>2. ________________________________</w:t>
            </w:r>
          </w:p>
          <w:p>
            <w:r>
              <w:t>1 question I can now ask:</w:t>
            </w:r>
          </w:p>
          <w:p>
            <w:r>
              <w:t>___________________________________</w:t>
            </w:r>
          </w:p>
        </w:tc>
      </w:tr>
      <w:tr>
        <w:tc>
          <w:tcPr>
            <w:tcW w:type="dxa" w:w="5256"/>
          </w:tcPr>
          <w:p>
            <w:r/>
            <w:r>
              <w:rPr>
                <w:b/>
              </w:rPr>
              <w:t>Exit ticket · 3-2-1 exit ticket</w:t>
            </w:r>
          </w:p>
          <w:p>
            <w:r>
              <w:t>Name: ________________  Date: ________</w:t>
            </w:r>
          </w:p>
          <w:p>
            <w:r>
              <w:t>3 ideas worth remembering:</w:t>
            </w:r>
          </w:p>
          <w:p>
            <w:r>
              <w:t>1. ________________________________</w:t>
            </w:r>
          </w:p>
          <w:p>
            <w:r>
              <w:t>2. ________________________________</w:t>
            </w:r>
          </w:p>
          <w:p>
            <w:r>
              <w:t>3. ________________________________</w:t>
            </w:r>
          </w:p>
          <w:p>
            <w:r>
              <w:t>2 connections to what I already knew:</w:t>
            </w:r>
          </w:p>
          <w:p>
            <w:r>
              <w:t>1. ________________________________</w:t>
            </w:r>
          </w:p>
          <w:p>
            <w:r>
              <w:t>2. ________________________________</w:t>
            </w:r>
          </w:p>
          <w:p>
            <w:r>
              <w:t>1 question I can now ask:</w:t>
            </w:r>
          </w:p>
          <w:p>
            <w:r>
              <w:t>___________________________________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Exit ticket · 3-2-1 exit ticket</w:t>
            </w:r>
          </w:p>
          <w:p>
            <w:r>
              <w:t>Name: ________________  Date: ________</w:t>
            </w:r>
          </w:p>
          <w:p>
            <w:r>
              <w:t>3 ideas worth remembering:</w:t>
            </w:r>
          </w:p>
          <w:p>
            <w:r>
              <w:t>1. ________________________________</w:t>
            </w:r>
          </w:p>
          <w:p>
            <w:r>
              <w:t>2. ________________________________</w:t>
            </w:r>
          </w:p>
          <w:p>
            <w:r>
              <w:t>3. ________________________________</w:t>
            </w:r>
          </w:p>
          <w:p>
            <w:r>
              <w:t>2 connections to what I already knew:</w:t>
            </w:r>
          </w:p>
          <w:p>
            <w:r>
              <w:t>1. ________________________________</w:t>
            </w:r>
          </w:p>
          <w:p>
            <w:r>
              <w:t>2. ________________________________</w:t>
            </w:r>
          </w:p>
          <w:p>
            <w:r>
              <w:t>1 question I can now ask:</w:t>
            </w:r>
          </w:p>
          <w:p>
            <w:r>
              <w:t>___________________________________</w:t>
            </w:r>
          </w:p>
        </w:tc>
      </w:tr>
    </w:tbl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/>
            <w:r>
              <w:rPr>
                <w:b/>
              </w:rPr>
              <w:t>Exit ticket · Error-analysis card</w:t>
            </w:r>
          </w:p>
          <w:p>
            <w:r>
              <w:t>Name: ________________  Date: ________</w:t>
            </w:r>
          </w:p>
          <w:p>
            <w:r>
              <w:t>Sample response: _________________________</w:t>
            </w:r>
          </w:p>
          <w:p>
            <w:r>
              <w:t>___________________________________</w:t>
            </w:r>
          </w:p>
          <w:p>
            <w:r>
              <w:t>1. Circle or name the first incorrect step.</w:t>
            </w:r>
          </w:p>
          <w:p>
            <w:r>
              <w:t>2. What might the student have been thinking?</w:t>
            </w:r>
          </w:p>
          <w:p/>
          <w:p>
            <w:r>
              <w:t>3. Correct the work from that point.</w:t>
            </w:r>
          </w:p>
          <w:p/>
          <w:p/>
          <w:p/>
        </w:tc>
        <w:tc>
          <w:tcPr>
            <w:tcW w:type="dxa" w:w="5256"/>
          </w:tcPr>
          <w:p>
            <w:r/>
            <w:r>
              <w:rPr>
                <w:b/>
              </w:rPr>
              <w:t>Exit ticket · Error-analysis card</w:t>
            </w:r>
          </w:p>
          <w:p>
            <w:r>
              <w:t>Name: ________________  Date: ________</w:t>
            </w:r>
          </w:p>
          <w:p>
            <w:r>
              <w:t>Sample response: _________________________</w:t>
            </w:r>
          </w:p>
          <w:p>
            <w:r>
              <w:t>___________________________________</w:t>
            </w:r>
          </w:p>
          <w:p>
            <w:r>
              <w:t>1. Circle or name the first incorrect step.</w:t>
            </w:r>
          </w:p>
          <w:p>
            <w:r>
              <w:t>2. What might the student have been thinking?</w:t>
            </w:r>
          </w:p>
          <w:p/>
          <w:p>
            <w:r>
              <w:t>3. Correct the work from that point.</w:t>
            </w:r>
          </w:p>
          <w:p/>
          <w:p/>
          <w:p/>
        </w:tc>
      </w:tr>
      <w:tr>
        <w:tc>
          <w:tcPr>
            <w:tcW w:type="dxa" w:w="5256"/>
          </w:tcPr>
          <w:p>
            <w:r/>
            <w:r>
              <w:rPr>
                <w:b/>
              </w:rPr>
              <w:t>Exit ticket · Error-analysis card</w:t>
            </w:r>
          </w:p>
          <w:p>
            <w:r>
              <w:t>Name: ________________  Date: ________</w:t>
            </w:r>
          </w:p>
          <w:p>
            <w:r>
              <w:t>Sample response: _________________________</w:t>
            </w:r>
          </w:p>
          <w:p>
            <w:r>
              <w:t>___________________________________</w:t>
            </w:r>
          </w:p>
          <w:p>
            <w:r>
              <w:t>1. Circle or name the first incorrect step.</w:t>
            </w:r>
          </w:p>
          <w:p>
            <w:r>
              <w:t>2. What might the student have been thinking?</w:t>
            </w:r>
          </w:p>
          <w:p/>
          <w:p>
            <w:r>
              <w:t>3. Correct the work from that point.</w:t>
            </w:r>
          </w:p>
          <w:p/>
          <w:p/>
          <w:p/>
        </w:tc>
        <w:tc>
          <w:tcPr>
            <w:tcW w:type="dxa" w:w="5256"/>
          </w:tcPr>
          <w:p>
            <w:r/>
            <w:r>
              <w:rPr>
                <w:b/>
              </w:rPr>
              <w:t>Exit ticket · Error-analysis card</w:t>
            </w:r>
          </w:p>
          <w:p>
            <w:r>
              <w:t>Name: ________________  Date: ________</w:t>
            </w:r>
          </w:p>
          <w:p>
            <w:r>
              <w:t>Sample response: _________________________</w:t>
            </w:r>
          </w:p>
          <w:p>
            <w:r>
              <w:t>___________________________________</w:t>
            </w:r>
          </w:p>
          <w:p>
            <w:r>
              <w:t>1. Circle or name the first incorrect step.</w:t>
            </w:r>
          </w:p>
          <w:p>
            <w:r>
              <w:t>2. What might the student have been thinking?</w:t>
            </w:r>
          </w:p>
          <w:p/>
          <w:p>
            <w:r>
              <w:t>3. Correct the work from that point.</w:t>
            </w:r>
          </w:p>
          <w:p/>
          <w:p/>
          <w:p/>
        </w:tc>
      </w:tr>
    </w:tbl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/>
            <w:r>
              <w:rPr>
                <w:b/>
              </w:rPr>
              <w:t>Exit ticket · Claim, evidence, reasoning</w:t>
            </w:r>
          </w:p>
          <w:p>
            <w:r>
              <w:t>Name: ________________  Date: ________</w:t>
            </w:r>
          </w:p>
          <w:p>
            <w:r>
              <w:t>Question: ______________________________</w:t>
            </w:r>
          </w:p>
          <w:p>
            <w:r>
              <w:t>Claim: my answer is...</w:t>
            </w:r>
          </w:p>
          <w:p/>
          <w:p>
            <w:r>
              <w:t>Evidence: one detail, observation or data point...</w:t>
            </w:r>
          </w:p>
          <w:p/>
          <w:p>
            <w:r>
              <w:t>Reasoning: this evidence supports my claim because...</w:t>
            </w:r>
          </w:p>
          <w:p/>
          <w:p/>
          <w:p/>
        </w:tc>
        <w:tc>
          <w:tcPr>
            <w:tcW w:type="dxa" w:w="5256"/>
          </w:tcPr>
          <w:p>
            <w:r/>
            <w:r>
              <w:rPr>
                <w:b/>
              </w:rPr>
              <w:t>Exit ticket · Claim, evidence, reasoning</w:t>
            </w:r>
          </w:p>
          <w:p>
            <w:r>
              <w:t>Name: ________________  Date: ________</w:t>
            </w:r>
          </w:p>
          <w:p>
            <w:r>
              <w:t>Question: ______________________________</w:t>
            </w:r>
          </w:p>
          <w:p>
            <w:r>
              <w:t>Claim: my answer is...</w:t>
            </w:r>
          </w:p>
          <w:p/>
          <w:p>
            <w:r>
              <w:t>Evidence: one detail, observation or data point...</w:t>
            </w:r>
          </w:p>
          <w:p/>
          <w:p>
            <w:r>
              <w:t>Reasoning: this evidence supports my claim because...</w:t>
            </w:r>
          </w:p>
          <w:p/>
          <w:p/>
          <w:p/>
        </w:tc>
      </w:tr>
      <w:tr>
        <w:tc>
          <w:tcPr>
            <w:tcW w:type="dxa" w:w="5256"/>
          </w:tcPr>
          <w:p>
            <w:r/>
            <w:r>
              <w:rPr>
                <w:b/>
              </w:rPr>
              <w:t>Exit ticket · Claim, evidence, reasoning</w:t>
            </w:r>
          </w:p>
          <w:p>
            <w:r>
              <w:t>Name: ________________  Date: ________</w:t>
            </w:r>
          </w:p>
          <w:p>
            <w:r>
              <w:t>Question: ______________________________</w:t>
            </w:r>
          </w:p>
          <w:p>
            <w:r>
              <w:t>Claim: my answer is...</w:t>
            </w:r>
          </w:p>
          <w:p/>
          <w:p>
            <w:r>
              <w:t>Evidence: one detail, observation or data point...</w:t>
            </w:r>
          </w:p>
          <w:p/>
          <w:p>
            <w:r>
              <w:t>Reasoning: this evidence supports my claim because...</w:t>
            </w:r>
          </w:p>
          <w:p/>
          <w:p/>
          <w:p/>
        </w:tc>
        <w:tc>
          <w:tcPr>
            <w:tcW w:type="dxa" w:w="5256"/>
          </w:tcPr>
          <w:p>
            <w:r/>
            <w:r>
              <w:rPr>
                <w:b/>
              </w:rPr>
              <w:t>Exit ticket · Claim, evidence, reasoning</w:t>
            </w:r>
          </w:p>
          <w:p>
            <w:r>
              <w:t>Name: ________________  Date: ________</w:t>
            </w:r>
          </w:p>
          <w:p>
            <w:r>
              <w:t>Question: ______________________________</w:t>
            </w:r>
          </w:p>
          <w:p>
            <w:r>
              <w:t>Claim: my answer is...</w:t>
            </w:r>
          </w:p>
          <w:p/>
          <w:p>
            <w:r>
              <w:t>Evidence: one detail, observation or data point...</w:t>
            </w:r>
          </w:p>
          <w:p/>
          <w:p>
            <w:r>
              <w:t>Reasoning: this evidence supports my claim because...</w:t>
            </w:r>
          </w:p>
          <w:p/>
          <w:p/>
          <w:p/>
        </w:tc>
      </w:tr>
    </w:tbl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/>
            <w:r>
              <w:rPr>
                <w:b/>
              </w:rPr>
              <w:t>Exit ticket · Confidence plus evidence</w:t>
            </w:r>
          </w:p>
          <w:p>
            <w:r>
              <w:t>Name: ________________  Date: ________</w:t>
            </w:r>
          </w:p>
          <w:p>
            <w:r>
              <w:t>Task: __________________________________</w:t>
            </w:r>
          </w:p>
          <w:p/>
          <w:p/>
          <w:p>
            <w:r>
              <w:t>How confident are you?</w:t>
            </w:r>
          </w:p>
          <w:p>
            <w:r>
              <w:t>☐ Ready to explain it to someone else</w:t>
            </w:r>
          </w:p>
          <w:p>
            <w:r>
              <w:t>☐ Mostly sure, I need one more example</w:t>
            </w:r>
          </w:p>
          <w:p>
            <w:r>
              <w:t>☐ I need this modeled another way</w:t>
            </w:r>
          </w:p>
          <w:p>
            <w:r>
              <w:t>What in your work supports your choice?</w:t>
            </w:r>
          </w:p>
          <w:p/>
        </w:tc>
        <w:tc>
          <w:tcPr>
            <w:tcW w:type="dxa" w:w="5256"/>
          </w:tcPr>
          <w:p>
            <w:r/>
            <w:r>
              <w:rPr>
                <w:b/>
              </w:rPr>
              <w:t>Exit ticket · Confidence plus evidence</w:t>
            </w:r>
          </w:p>
          <w:p>
            <w:r>
              <w:t>Name: ________________  Date: ________</w:t>
            </w:r>
          </w:p>
          <w:p>
            <w:r>
              <w:t>Task: __________________________________</w:t>
            </w:r>
          </w:p>
          <w:p/>
          <w:p/>
          <w:p>
            <w:r>
              <w:t>How confident are you?</w:t>
            </w:r>
          </w:p>
          <w:p>
            <w:r>
              <w:t>☐ Ready to explain it to someone else</w:t>
            </w:r>
          </w:p>
          <w:p>
            <w:r>
              <w:t>☐ Mostly sure, I need one more example</w:t>
            </w:r>
          </w:p>
          <w:p>
            <w:r>
              <w:t>☐ I need this modeled another way</w:t>
            </w:r>
          </w:p>
          <w:p>
            <w:r>
              <w:t>What in your work supports your choice?</w:t>
            </w:r>
          </w:p>
          <w:p/>
        </w:tc>
      </w:tr>
      <w:tr>
        <w:tc>
          <w:tcPr>
            <w:tcW w:type="dxa" w:w="5256"/>
          </w:tcPr>
          <w:p>
            <w:r/>
            <w:r>
              <w:rPr>
                <w:b/>
              </w:rPr>
              <w:t>Exit ticket · Confidence plus evidence</w:t>
            </w:r>
          </w:p>
          <w:p>
            <w:r>
              <w:t>Name: ________________  Date: ________</w:t>
            </w:r>
          </w:p>
          <w:p>
            <w:r>
              <w:t>Task: __________________________________</w:t>
            </w:r>
          </w:p>
          <w:p/>
          <w:p/>
          <w:p>
            <w:r>
              <w:t>How confident are you?</w:t>
            </w:r>
          </w:p>
          <w:p>
            <w:r>
              <w:t>☐ Ready to explain it to someone else</w:t>
            </w:r>
          </w:p>
          <w:p>
            <w:r>
              <w:t>☐ Mostly sure, I need one more example</w:t>
            </w:r>
          </w:p>
          <w:p>
            <w:r>
              <w:t>☐ I need this modeled another way</w:t>
            </w:r>
          </w:p>
          <w:p>
            <w:r>
              <w:t>What in your work supports your choice?</w:t>
            </w:r>
          </w:p>
          <w:p/>
        </w:tc>
        <w:tc>
          <w:tcPr>
            <w:tcW w:type="dxa" w:w="5256"/>
          </w:tcPr>
          <w:p>
            <w:r/>
            <w:r>
              <w:rPr>
                <w:b/>
              </w:rPr>
              <w:t>Exit ticket · Confidence plus evidence</w:t>
            </w:r>
          </w:p>
          <w:p>
            <w:r>
              <w:t>Name: ________________  Date: ________</w:t>
            </w:r>
          </w:p>
          <w:p>
            <w:r>
              <w:t>Task: __________________________________</w:t>
            </w:r>
          </w:p>
          <w:p/>
          <w:p/>
          <w:p>
            <w:r>
              <w:t>How confident are you?</w:t>
            </w:r>
          </w:p>
          <w:p>
            <w:r>
              <w:t>☐ Ready to explain it to someone else</w:t>
            </w:r>
          </w:p>
          <w:p>
            <w:r>
              <w:t>☐ Mostly sure, I need one more example</w:t>
            </w:r>
          </w:p>
          <w:p>
            <w:r>
              <w:t>☐ I need this modeled another way</w:t>
            </w:r>
          </w:p>
          <w:p>
            <w:r>
              <w:t>What in your work supports your choice?</w:t>
            </w:r>
          </w:p>
          <w:p/>
        </w:tc>
      </w:tr>
    </w:tbl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