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Detailed lesson plan template</w:t>
      </w:r>
    </w:p>
    <w:p>
      <w:r>
        <w:t>Drafting aid, not an official form. Use the template required by your school or division.</w:t>
      </w:r>
    </w:p>
    <w:p>
      <w:r>
        <w:t>Subject:            Grade level:            Quarter / week:            Date:</w:t>
      </w:r>
    </w:p>
    <w:p>
      <w:pPr>
        <w:pStyle w:val="Heading1"/>
      </w:pPr>
      <w:r>
        <w:t>I. Objectives</w:t>
      </w:r>
    </w:p>
    <w:p/>
    <w:p>
      <w:pPr>
        <w:pStyle w:val="Heading1"/>
      </w:pPr>
      <w:r>
        <w:t>II. Subject matter (topic, references, materials)</w:t>
      </w:r>
    </w:p>
    <w:p/>
    <w:p>
      <w:pPr>
        <w:pStyle w:val="Heading1"/>
      </w:pPr>
      <w:r>
        <w:t>III. Procedure</w:t>
      </w:r>
    </w:p>
    <w:p/>
    <w:p>
      <w:pPr>
        <w:pStyle w:val="Heading2"/>
      </w:pPr>
      <w:r>
        <w:t>A. Activity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Teacher activity</w:t>
            </w:r>
          </w:p>
        </w:tc>
        <w:tc>
          <w:tcPr>
            <w:tcW w:type="dxa" w:w="5256"/>
          </w:tcPr>
          <w:p>
            <w:r>
              <w:rPr>
                <w:b/>
              </w:rPr>
              <w:t>Learner activity</w:t>
            </w:r>
          </w:p>
        </w:tc>
      </w:tr>
      <w:tr>
        <w:tc>
          <w:tcPr>
            <w:tcW w:type="dxa" w:w="5256"/>
          </w:tcPr>
          <w:p>
            <w:r/>
          </w:p>
        </w:tc>
        <w:tc>
          <w:tcPr>
            <w:tcW w:type="dxa" w:w="5256"/>
          </w:tcPr>
          <w:p>
            <w:r/>
          </w:p>
        </w:tc>
      </w:tr>
    </w:tbl>
    <w:p>
      <w:pPr>
        <w:pStyle w:val="Heading2"/>
      </w:pPr>
      <w:r>
        <w:t>B. Analysis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Teacher activity</w:t>
            </w:r>
          </w:p>
        </w:tc>
        <w:tc>
          <w:tcPr>
            <w:tcW w:type="dxa" w:w="5256"/>
          </w:tcPr>
          <w:p>
            <w:r>
              <w:rPr>
                <w:b/>
              </w:rPr>
              <w:t>Learner activity</w:t>
            </w:r>
          </w:p>
        </w:tc>
      </w:tr>
      <w:tr>
        <w:tc>
          <w:tcPr>
            <w:tcW w:type="dxa" w:w="5256"/>
          </w:tcPr>
          <w:p>
            <w:r/>
          </w:p>
        </w:tc>
        <w:tc>
          <w:tcPr>
            <w:tcW w:type="dxa" w:w="5256"/>
          </w:tcPr>
          <w:p>
            <w:r/>
          </w:p>
        </w:tc>
      </w:tr>
    </w:tbl>
    <w:p>
      <w:pPr>
        <w:pStyle w:val="Heading2"/>
      </w:pPr>
      <w:r>
        <w:t>C. Abstraction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Teacher activity</w:t>
            </w:r>
          </w:p>
        </w:tc>
        <w:tc>
          <w:tcPr>
            <w:tcW w:type="dxa" w:w="5256"/>
          </w:tcPr>
          <w:p>
            <w:r>
              <w:rPr>
                <w:b/>
              </w:rPr>
              <w:t>Learner activity</w:t>
            </w:r>
          </w:p>
        </w:tc>
      </w:tr>
      <w:tr>
        <w:tc>
          <w:tcPr>
            <w:tcW w:type="dxa" w:w="5256"/>
          </w:tcPr>
          <w:p>
            <w:r/>
          </w:p>
        </w:tc>
        <w:tc>
          <w:tcPr>
            <w:tcW w:type="dxa" w:w="5256"/>
          </w:tcPr>
          <w:p>
            <w:r/>
          </w:p>
        </w:tc>
      </w:tr>
    </w:tbl>
    <w:p>
      <w:pPr>
        <w:pStyle w:val="Heading2"/>
      </w:pPr>
      <w:r>
        <w:t>D. Application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Teacher activity</w:t>
            </w:r>
          </w:p>
        </w:tc>
        <w:tc>
          <w:tcPr>
            <w:tcW w:type="dxa" w:w="5256"/>
          </w:tcPr>
          <w:p>
            <w:r>
              <w:rPr>
                <w:b/>
              </w:rPr>
              <w:t>Learner activity</w:t>
            </w:r>
          </w:p>
        </w:tc>
      </w:tr>
      <w:tr>
        <w:tc>
          <w:tcPr>
            <w:tcW w:type="dxa" w:w="5256"/>
          </w:tcPr>
          <w:p>
            <w:r/>
          </w:p>
        </w:tc>
        <w:tc>
          <w:tcPr>
            <w:tcW w:type="dxa" w:w="5256"/>
          </w:tcPr>
          <w:p>
            <w:r/>
          </w:p>
        </w:tc>
      </w:tr>
    </w:tbl>
    <w:p>
      <w:pPr>
        <w:pStyle w:val="Heading1"/>
      </w:pPr>
      <w:r>
        <w:t>IV. Evaluation</w:t>
      </w:r>
    </w:p>
    <w:p/>
    <w:p>
      <w:pPr>
        <w:pStyle w:val="Heading1"/>
      </w:pPr>
      <w:r>
        <w:t>V. Assignment</w:t>
      </w:r>
    </w:p>
    <w:p/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