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Classroom management plan</w:t>
      </w:r>
    </w:p>
    <w:p>
      <w:r>
        <w:t>Teacher:              Grade / class:              School year:</w:t>
      </w:r>
    </w:p>
    <w:p>
      <w:pPr>
        <w:pStyle w:val="Heading1"/>
      </w:pPr>
      <w:r>
        <w:t>Beliefs</w:t>
      </w:r>
    </w:p>
    <w:p>
      <w:r>
        <w:t>Two or three sentences on how students learn best in your room.</w:t>
      </w:r>
    </w:p>
    <w:p/>
    <w:p>
      <w:pPr>
        <w:pStyle w:val="Heading1"/>
      </w:pPr>
      <w:r>
        <w:t>Expectations</w:t>
      </w:r>
    </w:p>
    <w:p>
      <w:r>
        <w:t>Three to five positively worded expectations. What does each look like in group work, independent work and transitions?</w:t>
      </w:r>
    </w:p>
    <w:p/>
    <w:p>
      <w:pPr>
        <w:pStyle w:val="Heading1"/>
      </w:pPr>
      <w:r>
        <w:t>Routines</w:t>
      </w:r>
    </w:p>
    <w:p>
      <w:r>
        <w:t>Entry, transitions, materials, getting help, finishing early, dismissal: write the steps.</w:t>
      </w:r>
    </w:p>
    <w:p/>
    <w:p>
      <w:pPr>
        <w:pStyle w:val="Heading1"/>
      </w:pPr>
      <w:r>
        <w:t>Positive reinforcement</w:t>
      </w:r>
    </w:p>
    <w:p>
      <w:r>
        <w:t>How you notice and acknowledge expected behavior, individually and as a class.</w:t>
      </w:r>
    </w:p>
    <w:p/>
    <w:p>
      <w:pPr>
        <w:pStyle w:val="Heading1"/>
      </w:pPr>
      <w:r>
        <w:t>Response ladder</w:t>
      </w:r>
    </w:p>
    <w:p>
      <w:r>
        <w:t>From a nonverbal cue to a family contact. Safety issues follow school policy.</w:t>
      </w:r>
    </w:p>
    <w:p/>
    <w:p>
      <w:pPr>
        <w:pStyle w:val="Heading1"/>
      </w:pPr>
      <w:r>
        <w:t>Family communication</w:t>
      </w:r>
    </w:p>
    <w:p>
      <w:r>
        <w:t>How and when you contact families, including good news.</w:t>
      </w:r>
    </w:p>
    <w:p/>
    <w:p>
      <w:pPr>
        <w:pStyle w:val="Heading1"/>
      </w:pPr>
      <w:r>
        <w:t>Review</w:t>
      </w:r>
    </w:p>
    <w:p>
      <w:r>
        <w:t>When you will check the plan and what evidence you will look at.</w:t>
      </w:r>
    </w:p>
    <w:p/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